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Голос бренда</w:t>
      </w:r>
    </w:p>
    <w:p>
      <w:r>
        <w:t>Документ на одну-две страницы, по которому вы, ваши помощники и чат-ИИ отвечаете покупателям одним голосом: в отзывах, постах, карточках и сообщениях.</w:t>
      </w:r>
    </w:p>
    <w:p>
      <w:pPr>
        <w:pStyle w:val="Heading2"/>
      </w:pPr>
      <w:r>
        <w:t>1. Кто мы</w:t>
      </w:r>
    </w:p>
    <w:p>
      <w:r>
        <w:rPr>
          <w:i/>
        </w:rPr>
        <w:t>Два-три предложения: что вы продаёте, кому и чем отличаетесь. Только то, что правда и что можете подтвердить.</w:t>
      </w:r>
    </w:p>
    <w:p>
      <w:r>
        <w:t>Пример: Пример. Мы шьём одежду для детей от 2 до 7 лет небольшими партиями и каждую вещь проверяем перед отправкой. Родители выбирают нас, когда не хотят гадать с размером и материалом.</w:t>
      </w:r>
    </w:p>
    <w:p/>
    <w:p>
      <w:pPr>
        <w:pStyle w:val="Heading2"/>
      </w:pPr>
      <w:r>
        <w:t>2. Кому мы пишем</w:t>
      </w:r>
    </w:p>
    <w:p>
      <w:r>
        <w:rPr>
          <w:i/>
        </w:rPr>
        <w:t>Абзац о покупателе в его ситуации: когда и зачем он покупает. Возраст и доход нужны меньше, чем ситуация.</w:t>
      </w:r>
    </w:p>
    <w:p>
      <w:r>
        <w:t>Пример: Пример. Мамы, которые выбирают вещь на сезон и боятся ошибиться с размером. Читают отзывы и таблицу размеров раньше описания. Не любят давления и слов вроде «успей купить».</w:t>
      </w:r>
    </w:p>
    <w:p/>
    <w:p>
      <w:pPr>
        <w:pStyle w:val="Heading2"/>
      </w:pPr>
      <w:r>
        <w:t>3. Как мы говорим</w:t>
      </w:r>
    </w:p>
    <w:p>
      <w:r>
        <w:rPr>
          <w:i/>
        </w:rPr>
        <w:t>Три слова о тоне и 3-4 проверяемых правила: обращение на «вы» или «ты», длина предложений, эмодзи.</w:t>
      </w:r>
    </w:p>
    <w:p>
      <w:r>
        <w:t>Пример: Пример. Тон: тепло, коротко, по делу. Обращаемся на «вы». Предложения до 15 слов. Не больше одного эмодзи на ответ.</w:t>
      </w:r>
    </w:p>
    <w:p/>
    <w:p>
      <w:pPr>
        <w:pStyle w:val="Heading2"/>
      </w:pPr>
      <w:r>
        <w:t>4. Слова «да» и «нет»</w:t>
      </w:r>
    </w:p>
    <w:p>
      <w:r>
        <w:rPr>
          <w:i/>
        </w:rPr>
        <w:t>Два списка по 5-10 слов и оборотов: что мы говорим и чего никогда. Берите из реальных ответов, а не придумывайте.</w:t>
      </w:r>
    </w:p>
    <w:p>
      <w:r>
        <w:t>Пример: Пример. Да: «подскажем», «проверили», «давайте разберёмся», «уточните размер». Нет: «к сожалению, не можем», «лучший на рынке», «успейте купить», «ваша ошибка».</w:t>
      </w:r>
    </w:p>
    <w:p/>
    <w:p>
      <w:pPr>
        <w:pStyle w:val="Heading2"/>
      </w:pPr>
      <w:r>
        <w:t>5. Ответы на типичные ситуации</w:t>
      </w:r>
    </w:p>
    <w:p>
      <w:r>
        <w:rPr>
          <w:i/>
        </w:rPr>
        <w:t>Для 4-5 ситуаций запишите образец ответа: благодарность за отзыв, жалоба на размер или качество, вопрос о наличии и сроках, возврат, задержка. Пишите только то, что вы действительно делаете.</w:t>
      </w:r>
    </w:p>
    <w:p>
      <w:r>
        <w:t>Пример: Пример (образцы условные).</w:t>
        <w:br/>
        <w:t>Хвалят: «Спасибо, что написали! Рады, что платье село хорошо. Носите с удовольствием».</w:t>
        <w:br/>
        <w:t>Ругают за размер: «Спасибо, что рассказали. Модель действительно сидит свободнее, чем в таблице. Напишите нам в чат, подскажем, как заменить размер».</w:t>
        <w:br/>
        <w:t>Нет в наличии: «Эта модель закончилась. Дату новой партии пока назвать не можем. Подскажем похожую».</w:t>
      </w:r>
    </w:p>
    <w:p/>
    <w:p>
      <w:pPr>
        <w:pStyle w:val="Heading2"/>
      </w:pPr>
      <w:r>
        <w:t>6. Запреты</w:t>
      </w:r>
    </w:p>
    <w:p>
      <w:r>
        <w:rPr>
          <w:i/>
        </w:rPr>
        <w:t>Чего в ваших текстах нет никогда: обещания, которые вы не выполните, давление, чужие бренды, выдуманные отзывы и цифры, личные данные покупателей.</w:t>
      </w:r>
    </w:p>
    <w:p>
      <w:r>
        <w:t>Пример: Пример. Не обещаем возврат денег там, где это решает не мы. Не пишем «лечит», «лучший», «уникальный». Не называем чужие бренды. Не публикуем имена и контакты покупателей. Не спорим с покупателем в публичных ответах.</w:t>
      </w:r>
    </w:p>
    <w:p/>
    <w:p>
      <w:pPr>
        <w:pStyle w:val="Heading2"/>
      </w:pPr>
      <w:r>
        <w:t>7. Как передать голос чат-ИИ</w:t>
      </w:r>
    </w:p>
    <w:p>
      <w:r>
        <w:rPr>
          <w:i/>
        </w:rPr>
        <w:t>Сожмите разделы 1-6 в блок из пяти строк и вставляйте его в начало каждого запроса к чат-ИИ. Дальше добавляйте образ результата, ограничения, данные и состав ответа.</w:t>
      </w:r>
    </w:p>
    <w:p>
      <w:r>
        <w:t>Пример: Пример блока. Мы [кто мы, одно предложение]. Пишем для [кому]. Тон: [три слова]. Используем: [слова «да»]. Не используем: [слова «нет» и запреты].</w:t>
        <w:br/>
        <w:t>Если данных не хватает, сначала задай мне до трёх вопросов.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